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6359E" w:rsidRDefault="00C1683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Numbers 1–20 (Pinyin + Blank for Characters)</w:t>
      </w:r>
    </w:p>
    <w:p w14:paraId="00000002" w14:textId="77777777" w:rsidR="00B6359E" w:rsidRDefault="00C1683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Review Sheet on Numbers in Chinese:</w:t>
      </w:r>
    </w:p>
    <w:p w14:paraId="00000003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yī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one)</w:t>
      </w:r>
    </w:p>
    <w:p w14:paraId="00000004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èr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two)</w:t>
      </w:r>
    </w:p>
    <w:p w14:paraId="00000005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sān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three)</w:t>
      </w:r>
    </w:p>
    <w:p w14:paraId="00000006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sì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four)</w:t>
      </w:r>
    </w:p>
    <w:p w14:paraId="00000007" w14:textId="77777777" w:rsidR="00B6359E" w:rsidRDefault="00C1683E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wǔ</w:t>
      </w:r>
      <w:proofErr w:type="spellEnd"/>
      <w:r>
        <w:rPr>
          <w:sz w:val="24"/>
          <w:szCs w:val="24"/>
        </w:rPr>
        <w:t xml:space="preserve">   __</w:t>
      </w:r>
      <w:proofErr w:type="gramEnd"/>
      <w:r>
        <w:rPr>
          <w:sz w:val="24"/>
          <w:szCs w:val="24"/>
        </w:rPr>
        <w:t>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five)</w:t>
      </w:r>
    </w:p>
    <w:p w14:paraId="00000008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liù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six)</w:t>
      </w:r>
    </w:p>
    <w:p w14:paraId="00000009" w14:textId="77777777" w:rsidR="00B6359E" w:rsidRDefault="00C1683E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qī</w:t>
      </w:r>
      <w:proofErr w:type="spellEnd"/>
      <w:r>
        <w:rPr>
          <w:sz w:val="24"/>
          <w:szCs w:val="24"/>
        </w:rPr>
        <w:t xml:space="preserve">   __</w:t>
      </w:r>
      <w:proofErr w:type="gramEnd"/>
      <w:r>
        <w:rPr>
          <w:sz w:val="24"/>
          <w:szCs w:val="24"/>
        </w:rPr>
        <w:t>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seven)</w:t>
      </w:r>
    </w:p>
    <w:p w14:paraId="0000000A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bā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eight)</w:t>
      </w:r>
    </w:p>
    <w:p w14:paraId="0000000B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jiǔ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nine)</w:t>
      </w:r>
    </w:p>
    <w:p w14:paraId="0000000C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ten)</w:t>
      </w:r>
    </w:p>
    <w:p w14:paraId="0000000D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shíyī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eleven)</w:t>
      </w:r>
    </w:p>
    <w:p w14:paraId="0000000E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shí’èr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twelve)</w:t>
      </w:r>
    </w:p>
    <w:p w14:paraId="0000000F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shísān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thirteen)</w:t>
      </w:r>
    </w:p>
    <w:p w14:paraId="00000010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shísì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fourteen)</w:t>
      </w:r>
    </w:p>
    <w:p w14:paraId="00000011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shíwǔ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fifteen)</w:t>
      </w:r>
    </w:p>
    <w:p w14:paraId="00000012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shíliù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sixteen)</w:t>
      </w:r>
    </w:p>
    <w:p w14:paraId="00000013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shíqī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seventeen)</w:t>
      </w:r>
    </w:p>
    <w:p w14:paraId="00000014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shíbā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eighteen)</w:t>
      </w:r>
    </w:p>
    <w:p w14:paraId="00000015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shíjiǔ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nineteen)</w:t>
      </w:r>
    </w:p>
    <w:p w14:paraId="00000016" w14:textId="77777777" w:rsidR="00B6359E" w:rsidRDefault="00C1683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èrshí</w:t>
      </w:r>
      <w:proofErr w:type="spellEnd"/>
      <w:r>
        <w:rPr>
          <w:sz w:val="24"/>
          <w:szCs w:val="24"/>
        </w:rPr>
        <w:t xml:space="preserve">   __________________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twenty)</w:t>
      </w:r>
    </w:p>
    <w:sectPr w:rsidR="00B6359E">
      <w:head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CA936" w14:textId="77777777" w:rsidR="00C1683E" w:rsidRDefault="00C1683E">
      <w:pPr>
        <w:spacing w:after="0" w:line="240" w:lineRule="auto"/>
      </w:pPr>
      <w:r>
        <w:separator/>
      </w:r>
    </w:p>
  </w:endnote>
  <w:endnote w:type="continuationSeparator" w:id="0">
    <w:p w14:paraId="671A13E7" w14:textId="77777777" w:rsidR="00C1683E" w:rsidRDefault="00C16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2554C" w14:textId="77777777" w:rsidR="00C1683E" w:rsidRDefault="00C1683E">
      <w:pPr>
        <w:spacing w:after="0" w:line="240" w:lineRule="auto"/>
      </w:pPr>
      <w:r>
        <w:separator/>
      </w:r>
    </w:p>
  </w:footnote>
  <w:footnote w:type="continuationSeparator" w:id="0">
    <w:p w14:paraId="2A8B7BF0" w14:textId="77777777" w:rsidR="00C1683E" w:rsidRDefault="00C16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7" w14:textId="77777777" w:rsidR="00B6359E" w:rsidRDefault="00C1683E">
    <w:r>
      <w:t xml:space="preserve">Name </w:t>
    </w:r>
    <w:r>
      <w:t>姓名：</w:t>
    </w:r>
  </w:p>
  <w:p w14:paraId="00000018" w14:textId="77777777" w:rsidR="00B6359E" w:rsidRDefault="00C1683E">
    <w:r>
      <w:t>Beginning Chinese/ Class Period</w:t>
    </w:r>
    <w:r>
      <w:t>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770AD"/>
    <w:multiLevelType w:val="multilevel"/>
    <w:tmpl w:val="D0341760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79947074">
    <w:abstractNumId w:val="0"/>
  </w:num>
  <w:num w:numId="2" w16cid:durableId="2235623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628479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570232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43599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614559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59E"/>
    <w:rsid w:val="002E66F6"/>
    <w:rsid w:val="00B6359E"/>
    <w:rsid w:val="00C1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EF667D-8E8E-4F26-BF81-EC5EE9C50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v6IArrrGyKpiC8I2rdWI3x+dAQ==">CgMxLjA4AHIhMXI3UEw0SDNPUTRDV3FOZzVVejdqNVhUd0JyeHdoeEdl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Ling-Ling Shih</cp:lastModifiedBy>
  <cp:revision>2</cp:revision>
  <dcterms:created xsi:type="dcterms:W3CDTF">2025-08-21T23:43:00Z</dcterms:created>
  <dcterms:modified xsi:type="dcterms:W3CDTF">2025-08-21T23:43:00Z</dcterms:modified>
</cp:coreProperties>
</file>