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0489D" w14:textId="67FD05F7" w:rsidR="00501116" w:rsidRDefault="00CC093F">
      <w:pPr>
        <w:jc w:val="center"/>
        <w:rPr>
          <w:rFonts w:eastAsia="SimSun"/>
          <w:b/>
          <w:sz w:val="32"/>
          <w:lang w:eastAsia="zh-CN"/>
        </w:rPr>
      </w:pPr>
      <w:r>
        <w:rPr>
          <w:b/>
          <w:sz w:val="32"/>
        </w:rPr>
        <w:t xml:space="preserve">Chinese </w:t>
      </w:r>
      <w:r w:rsidR="00F83F03">
        <w:rPr>
          <w:b/>
          <w:sz w:val="32"/>
        </w:rPr>
        <w:t xml:space="preserve">10 </w:t>
      </w:r>
      <w:r>
        <w:rPr>
          <w:b/>
          <w:sz w:val="32"/>
        </w:rPr>
        <w:t>I</w:t>
      </w:r>
    </w:p>
    <w:p w14:paraId="42CBBF7D" w14:textId="15336318" w:rsidR="00842EC1" w:rsidRPr="00842EC1" w:rsidRDefault="00842EC1">
      <w:pPr>
        <w:jc w:val="center"/>
        <w:rPr>
          <w:rFonts w:eastAsia="SimSun" w:hint="eastAsia"/>
          <w:b/>
          <w:sz w:val="32"/>
          <w:lang w:eastAsia="zh-CN"/>
        </w:rPr>
      </w:pPr>
      <w:r>
        <w:rPr>
          <w:rFonts w:eastAsia="SimSun" w:hint="eastAsia"/>
          <w:b/>
          <w:sz w:val="32"/>
          <w:lang w:eastAsia="zh-CN"/>
        </w:rPr>
        <w:t>Review L1-4 Sheet #1</w:t>
      </w:r>
    </w:p>
    <w:p w14:paraId="6A44639D" w14:textId="01211C5A" w:rsidR="00F83F03" w:rsidRPr="00F83F03" w:rsidRDefault="00F83F03" w:rsidP="00F83F03">
      <w:pPr>
        <w:rPr>
          <w:b/>
          <w:sz w:val="24"/>
          <w:szCs w:val="24"/>
        </w:rPr>
      </w:pPr>
      <w:r w:rsidRPr="00F83F03">
        <w:rPr>
          <w:b/>
          <w:sz w:val="24"/>
          <w:szCs w:val="24"/>
        </w:rPr>
        <w:t>Class Period:</w:t>
      </w:r>
    </w:p>
    <w:p w14:paraId="112AE119" w14:textId="55C8C4E4" w:rsidR="00F83F03" w:rsidRDefault="00F83F03" w:rsidP="00F83F03">
      <w:pPr>
        <w:rPr>
          <w:b/>
          <w:sz w:val="24"/>
          <w:szCs w:val="24"/>
        </w:rPr>
      </w:pPr>
      <w:r w:rsidRPr="00F83F03">
        <w:rPr>
          <w:b/>
          <w:sz w:val="24"/>
          <w:szCs w:val="24"/>
        </w:rPr>
        <w:t xml:space="preserve">Your name: </w:t>
      </w:r>
    </w:p>
    <w:p w14:paraId="583BFA9C" w14:textId="6C0D7514" w:rsidR="00F83F03" w:rsidRPr="00F83F03" w:rsidRDefault="00F83F03" w:rsidP="00F83F03">
      <w:pPr>
        <w:rPr>
          <w:sz w:val="24"/>
          <w:szCs w:val="24"/>
        </w:rPr>
      </w:pPr>
      <w:r w:rsidRPr="00F83F03">
        <w:rPr>
          <w:sz w:val="24"/>
          <w:szCs w:val="24"/>
        </w:rPr>
        <w:t xml:space="preserve">Date: __________   </w:t>
      </w:r>
    </w:p>
    <w:p w14:paraId="3848F162" w14:textId="222A88ED" w:rsidR="00501116" w:rsidRPr="00505F97" w:rsidRDefault="00F83F03">
      <w:pPr>
        <w:rPr>
          <w:rFonts w:eastAsia="SimSun" w:hint="eastAsia"/>
          <w:sz w:val="24"/>
          <w:szCs w:val="24"/>
          <w:lang w:eastAsia="zh-CN"/>
        </w:rPr>
      </w:pPr>
      <w:r w:rsidRPr="00F83F03">
        <w:rPr>
          <w:b/>
          <w:bCs/>
          <w:sz w:val="28"/>
          <w:szCs w:val="28"/>
        </w:rPr>
        <w:t xml:space="preserve">Review </w:t>
      </w:r>
      <w:r w:rsidR="00CC093F" w:rsidRPr="00F83F03">
        <w:rPr>
          <w:b/>
          <w:bCs/>
          <w:sz w:val="28"/>
          <w:szCs w:val="28"/>
        </w:rPr>
        <w:t xml:space="preserve">Discovering Chinese Lessons 1–4   </w:t>
      </w:r>
    </w:p>
    <w:p w14:paraId="6161201B" w14:textId="5FB4B908" w:rsidR="00501116" w:rsidRDefault="00CC093F">
      <w:pPr>
        <w:pStyle w:val="Heading2"/>
      </w:pPr>
      <w:r>
        <w:t xml:space="preserve">A. Warm-Up: </w:t>
      </w:r>
      <w:proofErr w:type="gramStart"/>
      <w:r>
        <w:t xml:space="preserve">Greetings </w:t>
      </w:r>
      <w:r>
        <w:t xml:space="preserve"> (</w:t>
      </w:r>
      <w:proofErr w:type="gramEnd"/>
      <w:r>
        <w:t xml:space="preserve">5–7 </w:t>
      </w:r>
      <w:r>
        <w:t>分钟</w:t>
      </w:r>
      <w:r>
        <w:t>)</w:t>
      </w:r>
    </w:p>
    <w:p w14:paraId="66198E0A" w14:textId="77777777" w:rsidR="00501116" w:rsidRDefault="00CC093F">
      <w:pPr>
        <w:spacing w:after="120"/>
      </w:pPr>
      <w:r>
        <w:t>With a partner, greet each other in Chinese. Use the prompts and add one extra question.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873"/>
        <w:gridCol w:w="2874"/>
        <w:gridCol w:w="2873"/>
      </w:tblGrid>
      <w:tr w:rsidR="00501116" w14:paraId="3E114E6B" w14:textId="77777777" w:rsidTr="005011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D6AF47D" w14:textId="77777777" w:rsidR="00501116" w:rsidRDefault="00CC093F">
            <w:r>
              <w:t>Prompt</w:t>
            </w:r>
          </w:p>
        </w:tc>
        <w:tc>
          <w:tcPr>
            <w:tcW w:w="2880" w:type="dxa"/>
          </w:tcPr>
          <w:p w14:paraId="0B325DF8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Your Partner's Answer</w:t>
            </w:r>
          </w:p>
        </w:tc>
        <w:tc>
          <w:tcPr>
            <w:tcW w:w="2880" w:type="dxa"/>
          </w:tcPr>
          <w:p w14:paraId="264B9EA1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My Follow-up</w:t>
            </w:r>
          </w:p>
        </w:tc>
      </w:tr>
      <w:tr w:rsidR="00501116" w14:paraId="2E9CAE2A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8FA4719" w14:textId="2861EA17" w:rsidR="00F83F03" w:rsidRPr="00F83F03" w:rsidRDefault="00CC093F">
            <w:pPr>
              <w:rPr>
                <w:b w:val="0"/>
                <w:bCs w:val="0"/>
                <w:sz w:val="28"/>
                <w:szCs w:val="28"/>
              </w:rPr>
            </w:pPr>
            <w:proofErr w:type="spellStart"/>
            <w:r w:rsidRPr="00F83F03">
              <w:rPr>
                <w:sz w:val="28"/>
                <w:szCs w:val="28"/>
              </w:rPr>
              <w:t>你好！你好吗</w:t>
            </w:r>
            <w:proofErr w:type="spellEnd"/>
            <w:r w:rsidRPr="00F83F03">
              <w:rPr>
                <w:sz w:val="28"/>
                <w:szCs w:val="28"/>
              </w:rPr>
              <w:t>？</w:t>
            </w:r>
          </w:p>
        </w:tc>
        <w:tc>
          <w:tcPr>
            <w:tcW w:w="2880" w:type="dxa"/>
          </w:tcPr>
          <w:p w14:paraId="624185A7" w14:textId="77777777" w:rsidR="00501116" w:rsidRDefault="005011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C25FBF3" w14:textId="77777777" w:rsidR="00F83F03" w:rsidRDefault="00F83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48656F5" w14:textId="1E6AC8B1" w:rsidR="00F83F03" w:rsidRDefault="00F83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60C2DCC7" w14:textId="75A38D25" w:rsidR="00501116" w:rsidRDefault="005011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1116" w14:paraId="115986F2" w14:textId="77777777" w:rsidTr="005011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BD23C00" w14:textId="77777777" w:rsidR="00501116" w:rsidRPr="00F83F03" w:rsidRDefault="00CC093F">
            <w:pPr>
              <w:rPr>
                <w:sz w:val="28"/>
                <w:szCs w:val="28"/>
              </w:rPr>
            </w:pPr>
            <w:r w:rsidRPr="00F83F03">
              <w:rPr>
                <w:sz w:val="28"/>
                <w:szCs w:val="28"/>
              </w:rPr>
              <w:t>你叫什么名字？</w:t>
            </w:r>
          </w:p>
        </w:tc>
        <w:tc>
          <w:tcPr>
            <w:tcW w:w="2880" w:type="dxa"/>
          </w:tcPr>
          <w:p w14:paraId="309B60E1" w14:textId="77777777" w:rsidR="00501116" w:rsidRDefault="0050111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7840D443" w14:textId="77777777" w:rsidR="00F83F03" w:rsidRDefault="00F83F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5B54B56C" w14:textId="3DCEF964" w:rsidR="00F83F03" w:rsidRDefault="00F83F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5BC0DFE0" w14:textId="01A1F8B5" w:rsidR="00501116" w:rsidRDefault="0050111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501116" w14:paraId="5B650A84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29A9AFA" w14:textId="77777777" w:rsidR="00501116" w:rsidRPr="00F83F03" w:rsidRDefault="00CC093F">
            <w:pPr>
              <w:rPr>
                <w:sz w:val="28"/>
                <w:szCs w:val="28"/>
              </w:rPr>
            </w:pPr>
            <w:r w:rsidRPr="00F83F03">
              <w:rPr>
                <w:sz w:val="28"/>
                <w:szCs w:val="28"/>
              </w:rPr>
              <w:t>你是哪国人？</w:t>
            </w:r>
          </w:p>
        </w:tc>
        <w:tc>
          <w:tcPr>
            <w:tcW w:w="2880" w:type="dxa"/>
          </w:tcPr>
          <w:p w14:paraId="4F7572B1" w14:textId="77777777" w:rsidR="00501116" w:rsidRDefault="005011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03830F9" w14:textId="32F70600" w:rsidR="00F83F03" w:rsidRDefault="00F83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36BBBD97" w14:textId="48424FAA" w:rsidR="00501116" w:rsidRDefault="005011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2FB025F" w14:textId="77777777" w:rsidR="00501116" w:rsidRDefault="00CC093F">
      <w:pPr>
        <w:pStyle w:val="Heading2"/>
      </w:pPr>
      <w:r>
        <w:t xml:space="preserve">B. Quick Review Notes </w:t>
      </w:r>
      <w:r>
        <w:t>复习笔记</w:t>
      </w:r>
      <w:r>
        <w:t xml:space="preserve"> (10 </w:t>
      </w:r>
      <w:r>
        <w:t>分钟</w:t>
      </w:r>
      <w:r>
        <w:t>)</w:t>
      </w:r>
    </w:p>
    <w:p w14:paraId="1296B9F3" w14:textId="77777777" w:rsidR="00501116" w:rsidRDefault="00CC093F">
      <w:pPr>
        <w:spacing w:after="120"/>
      </w:pPr>
      <w:r>
        <w:t>As we play the review games, jot down any words you forgot and their meanings/pinyin.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873"/>
        <w:gridCol w:w="2873"/>
        <w:gridCol w:w="2874"/>
      </w:tblGrid>
      <w:tr w:rsidR="00501116" w14:paraId="65AD12D8" w14:textId="77777777" w:rsidTr="005011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B686509" w14:textId="77777777" w:rsidR="00501116" w:rsidRDefault="00CC093F">
            <w:r>
              <w:t>汉字</w:t>
            </w:r>
          </w:p>
        </w:tc>
        <w:tc>
          <w:tcPr>
            <w:tcW w:w="2880" w:type="dxa"/>
          </w:tcPr>
          <w:p w14:paraId="2EF8E83B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Pinyin</w:t>
            </w:r>
          </w:p>
        </w:tc>
        <w:tc>
          <w:tcPr>
            <w:tcW w:w="2880" w:type="dxa"/>
          </w:tcPr>
          <w:p w14:paraId="1DF1F0BC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English</w:t>
            </w:r>
          </w:p>
        </w:tc>
      </w:tr>
      <w:tr w:rsidR="00501116" w14:paraId="3F79577A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C8B30EB" w14:textId="77777777" w:rsidR="00F83F03" w:rsidRDefault="00CC093F">
            <w:pPr>
              <w:rPr>
                <w:b w:val="0"/>
                <w:bCs w:val="0"/>
              </w:rPr>
            </w:pPr>
            <w:r>
              <w:t xml:space="preserve"> </w:t>
            </w:r>
          </w:p>
          <w:p w14:paraId="3BB8CB4D" w14:textId="28B98A16" w:rsidR="00F83F03" w:rsidRPr="00F83F03" w:rsidRDefault="00F83F03">
            <w:pPr>
              <w:rPr>
                <w:b w:val="0"/>
                <w:bCs w:val="0"/>
              </w:rPr>
            </w:pPr>
          </w:p>
        </w:tc>
        <w:tc>
          <w:tcPr>
            <w:tcW w:w="2880" w:type="dxa"/>
          </w:tcPr>
          <w:p w14:paraId="3B5C12DA" w14:textId="7B819054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564C12C8" w14:textId="4A32DBE8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F83F03">
              <w:t>Which</w:t>
            </w:r>
          </w:p>
        </w:tc>
      </w:tr>
      <w:tr w:rsidR="00501116" w14:paraId="41E78DA9" w14:textId="77777777" w:rsidTr="005011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1A3F79E" w14:textId="77777777" w:rsidR="00F83F03" w:rsidRDefault="00F83F03">
            <w:pPr>
              <w:rPr>
                <w:b w:val="0"/>
                <w:bCs w:val="0"/>
              </w:rPr>
            </w:pPr>
          </w:p>
          <w:p w14:paraId="2D1DAE7A" w14:textId="35DD30C0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66BB38EA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3783447F" w14:textId="43398164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  <w:r w:rsidR="00F83F03">
              <w:t>Good; fine</w:t>
            </w:r>
          </w:p>
        </w:tc>
      </w:tr>
      <w:tr w:rsidR="00501116" w14:paraId="6845B395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BCBE86B" w14:textId="77777777" w:rsidR="00F83F03" w:rsidRDefault="00F83F03">
            <w:pPr>
              <w:rPr>
                <w:b w:val="0"/>
                <w:bCs w:val="0"/>
              </w:rPr>
            </w:pPr>
          </w:p>
          <w:p w14:paraId="6B3257D8" w14:textId="0A5F0EEA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0560F64E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73D5B31F" w14:textId="10EE5C66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F83F03">
              <w:t>Name</w:t>
            </w:r>
          </w:p>
        </w:tc>
      </w:tr>
      <w:tr w:rsidR="00501116" w14:paraId="38428950" w14:textId="77777777" w:rsidTr="005011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896D016" w14:textId="77777777" w:rsidR="00F83F03" w:rsidRDefault="00F83F03">
            <w:pPr>
              <w:rPr>
                <w:b w:val="0"/>
                <w:bCs w:val="0"/>
              </w:rPr>
            </w:pPr>
          </w:p>
          <w:p w14:paraId="550736C4" w14:textId="58A04C2A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10CCDCAA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1E3A28F9" w14:textId="0E2C517A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  <w:r w:rsidR="00F83F03">
              <w:t>Is, are</w:t>
            </w:r>
          </w:p>
        </w:tc>
      </w:tr>
      <w:tr w:rsidR="00501116" w14:paraId="4A5E03A5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66B58A3" w14:textId="77777777" w:rsidR="00F83F03" w:rsidRDefault="00F83F03">
            <w:pPr>
              <w:rPr>
                <w:b w:val="0"/>
                <w:bCs w:val="0"/>
              </w:rPr>
            </w:pPr>
          </w:p>
          <w:p w14:paraId="6B9A8605" w14:textId="6CB993E3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2214645B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035AB853" w14:textId="4D1CA3DC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F83F03">
              <w:t>Nation</w:t>
            </w:r>
          </w:p>
        </w:tc>
      </w:tr>
      <w:tr w:rsidR="00501116" w14:paraId="4926889F" w14:textId="77777777" w:rsidTr="005011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06424C8" w14:textId="77777777" w:rsidR="00F83F03" w:rsidRDefault="00F83F03">
            <w:pPr>
              <w:rPr>
                <w:b w:val="0"/>
                <w:bCs w:val="0"/>
              </w:rPr>
            </w:pPr>
          </w:p>
          <w:p w14:paraId="13BEB353" w14:textId="7F3431B7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15F23D96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09317372" w14:textId="1A1A9C42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  <w:r w:rsidR="00F83F03">
              <w:t>People</w:t>
            </w:r>
          </w:p>
        </w:tc>
      </w:tr>
      <w:tr w:rsidR="00501116" w14:paraId="2842E90C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8EFA2C7" w14:textId="77777777" w:rsidR="00F83F03" w:rsidRDefault="00F83F03">
            <w:pPr>
              <w:rPr>
                <w:b w:val="0"/>
                <w:bCs w:val="0"/>
              </w:rPr>
            </w:pPr>
          </w:p>
          <w:p w14:paraId="66541C0B" w14:textId="6CE3C453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43C4BB7F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6D59C762" w14:textId="7B4E916D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F83F03">
              <w:t>Question word</w:t>
            </w:r>
          </w:p>
        </w:tc>
      </w:tr>
      <w:tr w:rsidR="00501116" w14:paraId="665D30E7" w14:textId="77777777" w:rsidTr="0050111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177D770" w14:textId="77777777" w:rsidR="00F83F03" w:rsidRDefault="00F83F03">
            <w:pPr>
              <w:rPr>
                <w:b w:val="0"/>
                <w:bCs w:val="0"/>
              </w:rPr>
            </w:pPr>
          </w:p>
          <w:p w14:paraId="29F3414F" w14:textId="1C44AB99" w:rsidR="00501116" w:rsidRDefault="00CC093F">
            <w:r>
              <w:t xml:space="preserve"> </w:t>
            </w:r>
          </w:p>
        </w:tc>
        <w:tc>
          <w:tcPr>
            <w:tcW w:w="2880" w:type="dxa"/>
          </w:tcPr>
          <w:p w14:paraId="741D4644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221DA55A" w14:textId="546FC03E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  <w:r w:rsidR="00F83F03">
              <w:t xml:space="preserve">You </w:t>
            </w:r>
          </w:p>
        </w:tc>
      </w:tr>
      <w:tr w:rsidR="00F83F03" w14:paraId="074A6EE8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0A2C5FD" w14:textId="77777777" w:rsidR="00F83F03" w:rsidRDefault="00F83F03">
            <w:pPr>
              <w:rPr>
                <w:b w:val="0"/>
                <w:bCs w:val="0"/>
              </w:rPr>
            </w:pPr>
          </w:p>
        </w:tc>
        <w:tc>
          <w:tcPr>
            <w:tcW w:w="2880" w:type="dxa"/>
          </w:tcPr>
          <w:p w14:paraId="6F925280" w14:textId="77777777" w:rsidR="00F83F03" w:rsidRDefault="00F83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7C95938F" w14:textId="77777777" w:rsidR="00F83F03" w:rsidRDefault="00F83F03" w:rsidP="00F83F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B73DF4D" w14:textId="3D69EB14" w:rsidR="00F83F03" w:rsidRPr="00FB76BE" w:rsidRDefault="00F83F03" w:rsidP="00F83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SimSun" w:hint="eastAsia"/>
                <w:lang w:eastAsia="zh-CN"/>
              </w:rPr>
            </w:pPr>
            <w:r>
              <w:t>I</w:t>
            </w:r>
            <w:r w:rsidR="00FB76BE">
              <w:rPr>
                <w:rFonts w:eastAsia="SimSun" w:hint="eastAsia"/>
                <w:lang w:eastAsia="zh-CN"/>
              </w:rPr>
              <w:t>; me</w:t>
            </w:r>
          </w:p>
        </w:tc>
      </w:tr>
    </w:tbl>
    <w:p w14:paraId="202A0B80" w14:textId="77777777" w:rsidR="00501116" w:rsidRDefault="00CC093F">
      <w:r>
        <w:t xml:space="preserve"> </w:t>
      </w:r>
    </w:p>
    <w:p w14:paraId="0807F177" w14:textId="77777777" w:rsidR="00501116" w:rsidRDefault="00CC093F">
      <w:pPr>
        <w:pStyle w:val="Heading2"/>
      </w:pPr>
      <w:r>
        <w:t xml:space="preserve">C. Your Semester Goals </w:t>
      </w:r>
      <w:r>
        <w:t>我的目标</w:t>
      </w:r>
      <w:r>
        <w:t xml:space="preserve"> (10 </w:t>
      </w:r>
      <w:r>
        <w:t>分钟</w:t>
      </w:r>
      <w:r>
        <w:t>)</w:t>
      </w:r>
    </w:p>
    <w:p w14:paraId="33C70C0B" w14:textId="77777777" w:rsidR="00501116" w:rsidRDefault="00CC093F">
      <w:pPr>
        <w:spacing w:after="120"/>
      </w:pPr>
      <w:r>
        <w:t>Complete the prompts in English or Chinese. Use the sentence starters as needed.</w:t>
      </w:r>
    </w:p>
    <w:p w14:paraId="7625C31B" w14:textId="77777777" w:rsidR="00501116" w:rsidRDefault="00CC093F">
      <w:pPr>
        <w:spacing w:after="120"/>
      </w:pPr>
      <w:r>
        <w:t>1) One thing I remember well from last semester is:</w:t>
      </w:r>
    </w:p>
    <w:p w14:paraId="21BADD18" w14:textId="77777777" w:rsidR="00501116" w:rsidRDefault="00CC093F">
      <w:pPr>
        <w:spacing w:after="40"/>
      </w:pPr>
      <w:r>
        <w:t xml:space="preserve">                                                                                                                        </w:t>
      </w:r>
    </w:p>
    <w:p w14:paraId="18C0A5FB" w14:textId="4C664695" w:rsidR="00501116" w:rsidRDefault="00CC093F">
      <w:r>
        <w:t>_________________________________________________________________________________________________________</w:t>
      </w:r>
    </w:p>
    <w:p w14:paraId="31AC53DE" w14:textId="77777777" w:rsidR="00501116" w:rsidRDefault="00CC093F">
      <w:pPr>
        <w:spacing w:after="120"/>
      </w:pPr>
      <w:r>
        <w:t>2) One thing I want to improve is:</w:t>
      </w:r>
    </w:p>
    <w:p w14:paraId="3B1A42A4" w14:textId="77777777" w:rsidR="00501116" w:rsidRDefault="00CC093F">
      <w:pPr>
        <w:spacing w:after="40"/>
      </w:pPr>
      <w:r>
        <w:t xml:space="preserve">                                                                                                                        </w:t>
      </w:r>
    </w:p>
    <w:p w14:paraId="797B62FE" w14:textId="6AD6B83D" w:rsidR="00501116" w:rsidRDefault="00CC093F">
      <w:r>
        <w:t>_________________________________________________________________________________________________________</w:t>
      </w:r>
    </w:p>
    <w:p w14:paraId="0D91AD2D" w14:textId="77777777" w:rsidR="00501116" w:rsidRDefault="00CC093F">
      <w:pPr>
        <w:spacing w:after="120"/>
      </w:pPr>
      <w:r>
        <w:t>3) My personal goal for Chinese this semester is:</w:t>
      </w:r>
    </w:p>
    <w:p w14:paraId="28AD576A" w14:textId="77777777" w:rsidR="00501116" w:rsidRDefault="00CC093F">
      <w:pPr>
        <w:spacing w:after="40"/>
      </w:pPr>
      <w:r>
        <w:t xml:space="preserve">                                                                                                                        </w:t>
      </w:r>
    </w:p>
    <w:p w14:paraId="1CFF3C9A" w14:textId="3CFF7780" w:rsidR="00501116" w:rsidRDefault="00CC093F">
      <w:r>
        <w:t>_________________________________________________________________________________________________________</w:t>
      </w:r>
    </w:p>
    <w:p w14:paraId="0E459919" w14:textId="77777777" w:rsidR="00EF6097" w:rsidRDefault="00CC093F" w:rsidP="00EF6097">
      <w:pPr>
        <w:pStyle w:val="HTMLPreformatted"/>
        <w:shd w:val="clear" w:color="auto" w:fill="FFFFFF"/>
        <w:spacing w:line="360" w:lineRule="atLeast"/>
        <w:rPr>
          <w:rFonts w:eastAsia="SimSun"/>
          <w:i/>
          <w:lang w:eastAsia="zh-CN"/>
        </w:rPr>
      </w:pPr>
      <w:r>
        <w:rPr>
          <w:i/>
        </w:rPr>
        <w:t xml:space="preserve">Sentence starters / </w:t>
      </w:r>
      <w:r w:rsidR="00EF6097">
        <w:rPr>
          <w:i/>
        </w:rPr>
        <w:t>examples:</w:t>
      </w:r>
    </w:p>
    <w:p w14:paraId="0F1A179A" w14:textId="77082378" w:rsidR="00EF6097" w:rsidRPr="00EF6097" w:rsidRDefault="00EF6097" w:rsidP="00EF6097">
      <w:pPr>
        <w:pStyle w:val="HTMLPreformatted"/>
        <w:shd w:val="clear" w:color="auto" w:fill="FFFFFF"/>
        <w:spacing w:line="360" w:lineRule="atLeast"/>
        <w:rPr>
          <w:rFonts w:eastAsia="SimSun"/>
          <w:i/>
          <w:sz w:val="40"/>
          <w:szCs w:val="40"/>
          <w:lang w:eastAsia="zh-CN"/>
        </w:rPr>
      </w:pPr>
      <w:r>
        <w:rPr>
          <w:i/>
        </w:rPr>
        <w:t xml:space="preserve"> </w:t>
      </w:r>
      <w:r w:rsidRPr="00EF6097">
        <w:rPr>
          <w:rFonts w:eastAsia="SimSun" w:hint="eastAsia"/>
          <w:i/>
          <w:sz w:val="40"/>
          <w:szCs w:val="40"/>
          <w:lang w:eastAsia="zh-CN"/>
        </w:rPr>
        <w:t>我想学好中文！</w:t>
      </w:r>
    </w:p>
    <w:p w14:paraId="1BB5656C" w14:textId="11A5577D" w:rsidR="00EF6097" w:rsidRPr="00EF6097" w:rsidRDefault="00EF6097" w:rsidP="00EF6097">
      <w:pPr>
        <w:pStyle w:val="HTMLPreformatted"/>
        <w:shd w:val="clear" w:color="auto" w:fill="FFFFFF"/>
        <w:spacing w:line="360" w:lineRule="atLeast"/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</w:pPr>
      <w:proofErr w:type="spellStart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>Wǒ</w:t>
      </w:r>
      <w:proofErr w:type="spellEnd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 xml:space="preserve"> </w:t>
      </w:r>
      <w:proofErr w:type="spellStart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>xiǎng</w:t>
      </w:r>
      <w:proofErr w:type="spellEnd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 xml:space="preserve"> </w:t>
      </w:r>
      <w:proofErr w:type="spellStart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>xuéhǎo</w:t>
      </w:r>
      <w:proofErr w:type="spellEnd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 xml:space="preserve"> </w:t>
      </w:r>
      <w:proofErr w:type="spellStart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>zhōngwén</w:t>
      </w:r>
      <w:proofErr w:type="spellEnd"/>
      <w:r w:rsidRPr="00EF6097">
        <w:rPr>
          <w:rFonts w:ascii="inherit" w:eastAsia="Times New Roman" w:hAnsi="inherit" w:cs="Courier New"/>
          <w:color w:val="474747"/>
          <w:sz w:val="24"/>
          <w:szCs w:val="24"/>
          <w:lang w:eastAsia="zh-CN"/>
        </w:rPr>
        <w:t>!</w:t>
      </w:r>
    </w:p>
    <w:p w14:paraId="06C4912D" w14:textId="1900A3D3" w:rsidR="00501116" w:rsidRPr="00EF6097" w:rsidRDefault="00EF6097">
      <w:pPr>
        <w:spacing w:after="120"/>
        <w:rPr>
          <w:rFonts w:eastAsia="SimSun" w:hint="eastAsia"/>
          <w:lang w:eastAsia="zh-CN"/>
        </w:rPr>
      </w:pPr>
      <w:r>
        <w:rPr>
          <w:rFonts w:eastAsia="SimSun" w:hint="eastAsia"/>
          <w:i/>
          <w:lang w:eastAsia="zh-CN"/>
        </w:rPr>
        <w:t xml:space="preserve"> </w:t>
      </w:r>
      <w:r>
        <w:rPr>
          <w:rFonts w:eastAsia="SimSun" w:hint="eastAsia"/>
          <w:i/>
          <w:lang w:eastAsia="zh-CN"/>
        </w:rPr>
        <w:t>（</w:t>
      </w:r>
      <w:r>
        <w:rPr>
          <w:rFonts w:eastAsia="SimSun" w:hint="eastAsia"/>
          <w:i/>
          <w:lang w:eastAsia="zh-CN"/>
        </w:rPr>
        <w:t>I want to learn Chinese well</w:t>
      </w:r>
      <w:r>
        <w:rPr>
          <w:rFonts w:eastAsia="SimSun" w:hint="eastAsia"/>
          <w:i/>
          <w:lang w:eastAsia="zh-CN"/>
        </w:rPr>
        <w:t>）</w:t>
      </w:r>
    </w:p>
    <w:p w14:paraId="3E022BC9" w14:textId="77777777" w:rsidR="00501116" w:rsidRDefault="00CC093F">
      <w:r>
        <w:t xml:space="preserve"> </w:t>
      </w:r>
    </w:p>
    <w:p w14:paraId="74569FF3" w14:textId="77777777" w:rsidR="00501116" w:rsidRDefault="00CC093F">
      <w:pPr>
        <w:pStyle w:val="Heading2"/>
      </w:pPr>
      <w:r>
        <w:t xml:space="preserve">D. New Today </w:t>
      </w:r>
      <w:r>
        <w:t>新内容：</w:t>
      </w:r>
      <w:r>
        <w:t xml:space="preserve">Classroom Language (15 </w:t>
      </w:r>
      <w:r>
        <w:t>分钟</w:t>
      </w:r>
      <w:r>
        <w:t>)</w:t>
      </w:r>
    </w:p>
    <w:p w14:paraId="3A4316A1" w14:textId="77777777" w:rsidR="00501116" w:rsidRDefault="00CC093F">
      <w:pPr>
        <w:spacing w:after="120"/>
      </w:pPr>
      <w:r>
        <w:t>Read and practice with your partner. Check off each phrase after you can say it without looking.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154"/>
        <w:gridCol w:w="2155"/>
        <w:gridCol w:w="2625"/>
        <w:gridCol w:w="1686"/>
      </w:tblGrid>
      <w:tr w:rsidR="00501116" w14:paraId="12F95C27" w14:textId="77777777" w:rsidTr="00EF60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C7E0F3" w14:textId="77777777" w:rsidR="00501116" w:rsidRPr="00EF6097" w:rsidRDefault="00CC093F">
            <w:pPr>
              <w:rPr>
                <w:sz w:val="36"/>
                <w:szCs w:val="36"/>
              </w:rPr>
            </w:pPr>
            <w:proofErr w:type="spellStart"/>
            <w:r w:rsidRPr="00EF6097">
              <w:rPr>
                <w:sz w:val="36"/>
                <w:szCs w:val="36"/>
              </w:rPr>
              <w:t>汉字</w:t>
            </w:r>
            <w:proofErr w:type="spellEnd"/>
          </w:p>
        </w:tc>
        <w:tc>
          <w:tcPr>
            <w:tcW w:w="2160" w:type="dxa"/>
          </w:tcPr>
          <w:p w14:paraId="210DA88A" w14:textId="77777777" w:rsidR="00501116" w:rsidRPr="00EF6097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Pinyin</w:t>
            </w:r>
          </w:p>
        </w:tc>
        <w:tc>
          <w:tcPr>
            <w:tcW w:w="2628" w:type="dxa"/>
          </w:tcPr>
          <w:p w14:paraId="24077CF1" w14:textId="77777777" w:rsidR="00501116" w:rsidRPr="00EF6097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English</w:t>
            </w:r>
          </w:p>
        </w:tc>
        <w:tc>
          <w:tcPr>
            <w:tcW w:w="1692" w:type="dxa"/>
          </w:tcPr>
          <w:p w14:paraId="4E50F5FA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✓</w:t>
            </w:r>
          </w:p>
        </w:tc>
      </w:tr>
      <w:tr w:rsidR="00501116" w14:paraId="0B61B9AA" w14:textId="77777777" w:rsidTr="00EF60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350FFF7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请看</w:t>
            </w:r>
          </w:p>
        </w:tc>
        <w:tc>
          <w:tcPr>
            <w:tcW w:w="2160" w:type="dxa"/>
          </w:tcPr>
          <w:p w14:paraId="55785842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qǐng kàn</w:t>
            </w:r>
          </w:p>
        </w:tc>
        <w:tc>
          <w:tcPr>
            <w:tcW w:w="2628" w:type="dxa"/>
          </w:tcPr>
          <w:p w14:paraId="04DEB84B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Please look.</w:t>
            </w:r>
          </w:p>
        </w:tc>
        <w:tc>
          <w:tcPr>
            <w:tcW w:w="1692" w:type="dxa"/>
          </w:tcPr>
          <w:p w14:paraId="6F50D755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295927CD" w14:textId="77777777" w:rsidTr="00EF60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F1C63E2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请说</w:t>
            </w:r>
          </w:p>
        </w:tc>
        <w:tc>
          <w:tcPr>
            <w:tcW w:w="2160" w:type="dxa"/>
          </w:tcPr>
          <w:p w14:paraId="3F30A6A0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qǐng shuō</w:t>
            </w:r>
          </w:p>
        </w:tc>
        <w:tc>
          <w:tcPr>
            <w:tcW w:w="2628" w:type="dxa"/>
          </w:tcPr>
          <w:p w14:paraId="48751394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Please speak / say it.</w:t>
            </w:r>
          </w:p>
        </w:tc>
        <w:tc>
          <w:tcPr>
            <w:tcW w:w="1692" w:type="dxa"/>
          </w:tcPr>
          <w:p w14:paraId="4E7CEB3B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2FC57E82" w14:textId="77777777" w:rsidTr="00EF60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C58B67E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听我说</w:t>
            </w:r>
          </w:p>
        </w:tc>
        <w:tc>
          <w:tcPr>
            <w:tcW w:w="2160" w:type="dxa"/>
          </w:tcPr>
          <w:p w14:paraId="525DE381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tīng wǒ shuō</w:t>
            </w:r>
          </w:p>
        </w:tc>
        <w:tc>
          <w:tcPr>
            <w:tcW w:w="2628" w:type="dxa"/>
          </w:tcPr>
          <w:p w14:paraId="76ED9CA2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Listen to me.</w:t>
            </w:r>
          </w:p>
        </w:tc>
        <w:tc>
          <w:tcPr>
            <w:tcW w:w="1692" w:type="dxa"/>
          </w:tcPr>
          <w:p w14:paraId="149EEBB7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6D8ED861" w14:textId="77777777" w:rsidTr="00EF60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6930F74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lastRenderedPageBreak/>
              <w:t>再说一遍</w:t>
            </w:r>
          </w:p>
        </w:tc>
        <w:tc>
          <w:tcPr>
            <w:tcW w:w="2160" w:type="dxa"/>
          </w:tcPr>
          <w:p w14:paraId="12C4A0E5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zài shuō yí biàn</w:t>
            </w:r>
          </w:p>
        </w:tc>
        <w:tc>
          <w:tcPr>
            <w:tcW w:w="2628" w:type="dxa"/>
          </w:tcPr>
          <w:p w14:paraId="1C5D3D2C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Say it again.</w:t>
            </w:r>
          </w:p>
        </w:tc>
        <w:tc>
          <w:tcPr>
            <w:tcW w:w="1692" w:type="dxa"/>
          </w:tcPr>
          <w:p w14:paraId="40007B81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08B7267F" w14:textId="77777777" w:rsidTr="00EF60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0FFD3F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我不知道</w:t>
            </w:r>
          </w:p>
        </w:tc>
        <w:tc>
          <w:tcPr>
            <w:tcW w:w="2160" w:type="dxa"/>
          </w:tcPr>
          <w:p w14:paraId="2C73250B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wǒ bù zhī dào</w:t>
            </w:r>
          </w:p>
        </w:tc>
        <w:tc>
          <w:tcPr>
            <w:tcW w:w="2628" w:type="dxa"/>
          </w:tcPr>
          <w:p w14:paraId="5860D197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I don’t know.</w:t>
            </w:r>
          </w:p>
        </w:tc>
        <w:tc>
          <w:tcPr>
            <w:tcW w:w="1692" w:type="dxa"/>
          </w:tcPr>
          <w:p w14:paraId="15556959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4D3A1FF5" w14:textId="77777777" w:rsidTr="00EF60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4C7B39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我不懂</w:t>
            </w:r>
          </w:p>
        </w:tc>
        <w:tc>
          <w:tcPr>
            <w:tcW w:w="2160" w:type="dxa"/>
          </w:tcPr>
          <w:p w14:paraId="1220368A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wǒ bù dǒng</w:t>
            </w:r>
          </w:p>
        </w:tc>
        <w:tc>
          <w:tcPr>
            <w:tcW w:w="2628" w:type="dxa"/>
          </w:tcPr>
          <w:p w14:paraId="78D91748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I don’t understand.</w:t>
            </w:r>
          </w:p>
        </w:tc>
        <w:tc>
          <w:tcPr>
            <w:tcW w:w="1692" w:type="dxa"/>
          </w:tcPr>
          <w:p w14:paraId="3B5F2C7A" w14:textId="77777777" w:rsidR="00501116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14:paraId="3CC442B7" w14:textId="77777777" w:rsidTr="00EF60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9E8D976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可以去洗手间吗？</w:t>
            </w:r>
          </w:p>
        </w:tc>
        <w:tc>
          <w:tcPr>
            <w:tcW w:w="2160" w:type="dxa"/>
          </w:tcPr>
          <w:p w14:paraId="04EB6D72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kě yǐ qù xǐ shǒu jiān ma?</w:t>
            </w:r>
          </w:p>
        </w:tc>
        <w:tc>
          <w:tcPr>
            <w:tcW w:w="2628" w:type="dxa"/>
          </w:tcPr>
          <w:p w14:paraId="56D25F44" w14:textId="77777777" w:rsidR="00501116" w:rsidRPr="00EF6097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May I go to the restroom?</w:t>
            </w:r>
          </w:p>
        </w:tc>
        <w:tc>
          <w:tcPr>
            <w:tcW w:w="1692" w:type="dxa"/>
          </w:tcPr>
          <w:p w14:paraId="5F9D9E06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501116" w:rsidRPr="00EF6097" w14:paraId="1842ECCE" w14:textId="77777777" w:rsidTr="00EF60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404DF5" w14:textId="77777777" w:rsidR="00501116" w:rsidRPr="00EF6097" w:rsidRDefault="00CC093F">
            <w:pPr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请慢一点</w:t>
            </w:r>
          </w:p>
        </w:tc>
        <w:tc>
          <w:tcPr>
            <w:tcW w:w="2160" w:type="dxa"/>
          </w:tcPr>
          <w:p w14:paraId="4DFB83EC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qǐng màn yì diǎn</w:t>
            </w:r>
          </w:p>
        </w:tc>
        <w:tc>
          <w:tcPr>
            <w:tcW w:w="2628" w:type="dxa"/>
          </w:tcPr>
          <w:p w14:paraId="4500DF5B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>Please slow down.</w:t>
            </w:r>
          </w:p>
        </w:tc>
        <w:tc>
          <w:tcPr>
            <w:tcW w:w="1692" w:type="dxa"/>
          </w:tcPr>
          <w:p w14:paraId="4D85921B" w14:textId="77777777" w:rsidR="00501116" w:rsidRPr="00EF6097" w:rsidRDefault="00CC09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36"/>
                <w:szCs w:val="36"/>
              </w:rPr>
            </w:pPr>
            <w:r w:rsidRPr="00EF6097">
              <w:rPr>
                <w:sz w:val="36"/>
                <w:szCs w:val="36"/>
              </w:rPr>
              <w:t xml:space="preserve"> </w:t>
            </w:r>
          </w:p>
        </w:tc>
      </w:tr>
    </w:tbl>
    <w:p w14:paraId="5A8349E4" w14:textId="77777777" w:rsidR="00501116" w:rsidRPr="00EF6097" w:rsidRDefault="00CC093F" w:rsidP="00842EC1">
      <w:pPr>
        <w:spacing w:line="240" w:lineRule="auto"/>
        <w:rPr>
          <w:sz w:val="36"/>
          <w:szCs w:val="36"/>
        </w:rPr>
      </w:pPr>
      <w:r w:rsidRPr="00EF6097">
        <w:rPr>
          <w:sz w:val="36"/>
          <w:szCs w:val="36"/>
        </w:rPr>
        <w:t xml:space="preserve"> </w:t>
      </w:r>
    </w:p>
    <w:p w14:paraId="79B68C5D" w14:textId="77777777" w:rsidR="00501116" w:rsidRDefault="00CC093F" w:rsidP="00842EC1">
      <w:pPr>
        <w:pStyle w:val="Heading2"/>
        <w:spacing w:line="240" w:lineRule="auto"/>
      </w:pPr>
      <w:r>
        <w:t xml:space="preserve">E. Pair Practice </w:t>
      </w:r>
      <w:r>
        <w:rPr>
          <w:rFonts w:ascii="Microsoft JhengHei" w:eastAsia="Microsoft JhengHei" w:hAnsi="Microsoft JhengHei" w:cs="Microsoft JhengHei" w:hint="eastAsia"/>
        </w:rPr>
        <w:t>对话练习</w:t>
      </w:r>
      <w:r>
        <w:t xml:space="preserve"> (5–7 </w:t>
      </w:r>
      <w:r>
        <w:rPr>
          <w:rFonts w:ascii="Microsoft JhengHei" w:eastAsia="Microsoft JhengHei" w:hAnsi="Microsoft JhengHei" w:cs="Microsoft JhengHei" w:hint="eastAsia"/>
        </w:rPr>
        <w:t>分钟</w:t>
      </w:r>
      <w:r>
        <w:t>)</w:t>
      </w:r>
    </w:p>
    <w:p w14:paraId="6B33B223" w14:textId="77777777" w:rsidR="00501116" w:rsidRDefault="00CC093F">
      <w:pPr>
        <w:spacing w:after="120"/>
      </w:pPr>
      <w:r>
        <w:t>T</w:t>
      </w:r>
      <w:r>
        <w:t>ake turns giving simple classroom commands. Student A commands; Student B acts, then switch.</w:t>
      </w:r>
    </w:p>
    <w:p w14:paraId="3945C75A" w14:textId="4205542D" w:rsidR="00501116" w:rsidRPr="00EF6097" w:rsidRDefault="00CC093F">
      <w:pPr>
        <w:pStyle w:val="ListBullet"/>
        <w:rPr>
          <w:b/>
          <w:bCs/>
          <w:sz w:val="28"/>
          <w:szCs w:val="28"/>
        </w:rPr>
      </w:pPr>
      <w:r w:rsidRPr="00EF6097">
        <w:rPr>
          <w:b/>
          <w:bCs/>
          <w:sz w:val="28"/>
          <w:szCs w:val="28"/>
        </w:rPr>
        <w:t xml:space="preserve">A: </w:t>
      </w:r>
      <w:r w:rsidRPr="00EF6097">
        <w:rPr>
          <w:b/>
          <w:bCs/>
          <w:sz w:val="28"/>
          <w:szCs w:val="28"/>
        </w:rPr>
        <w:t>请看白板。</w:t>
      </w:r>
      <w:r w:rsidRPr="00EF6097">
        <w:rPr>
          <w:b/>
          <w:bCs/>
          <w:sz w:val="28"/>
          <w:szCs w:val="28"/>
        </w:rPr>
        <w:t xml:space="preserve">  B: </w:t>
      </w:r>
      <w:r w:rsidRPr="00EF6097">
        <w:rPr>
          <w:b/>
          <w:bCs/>
          <w:sz w:val="28"/>
          <w:szCs w:val="28"/>
        </w:rPr>
        <w:t>（</w:t>
      </w:r>
      <w:proofErr w:type="spellStart"/>
      <w:r w:rsidRPr="00EF6097">
        <w:rPr>
          <w:b/>
          <w:bCs/>
          <w:sz w:val="28"/>
          <w:szCs w:val="28"/>
        </w:rPr>
        <w:t>看白板）</w:t>
      </w:r>
      <w:r w:rsidR="00EF6097">
        <w:t>A</w:t>
      </w:r>
      <w:proofErr w:type="spellEnd"/>
      <w:r w:rsidR="00EF6097">
        <w:t xml:space="preserve">: </w:t>
      </w:r>
      <w:proofErr w:type="spellStart"/>
      <w:r w:rsidR="00EF6097">
        <w:t>Qǐng</w:t>
      </w:r>
      <w:proofErr w:type="spellEnd"/>
      <w:r w:rsidR="00EF6097">
        <w:t xml:space="preserve"> </w:t>
      </w:r>
      <w:proofErr w:type="spellStart"/>
      <w:r w:rsidR="00EF6097">
        <w:t>kàn</w:t>
      </w:r>
      <w:proofErr w:type="spellEnd"/>
      <w:r w:rsidR="00EF6097">
        <w:t xml:space="preserve"> </w:t>
      </w:r>
      <w:proofErr w:type="spellStart"/>
      <w:r w:rsidR="00EF6097">
        <w:t>báibǎn</w:t>
      </w:r>
      <w:proofErr w:type="spellEnd"/>
      <w:r w:rsidR="00EF6097">
        <w:t xml:space="preserve">.  B: (Kàn </w:t>
      </w:r>
      <w:proofErr w:type="spellStart"/>
      <w:r w:rsidR="00EF6097">
        <w:t>báibǎn</w:t>
      </w:r>
      <w:proofErr w:type="spellEnd"/>
      <w:r w:rsidR="00EF6097">
        <w:t>)</w:t>
      </w:r>
    </w:p>
    <w:p w14:paraId="44FD8B0E" w14:textId="0438E275" w:rsidR="00501116" w:rsidRPr="00EF6097" w:rsidRDefault="00CC093F">
      <w:pPr>
        <w:pStyle w:val="ListBullet"/>
        <w:rPr>
          <w:b/>
          <w:bCs/>
          <w:sz w:val="28"/>
          <w:szCs w:val="28"/>
        </w:rPr>
      </w:pPr>
      <w:r w:rsidRPr="00EF6097">
        <w:rPr>
          <w:b/>
          <w:bCs/>
          <w:sz w:val="28"/>
          <w:szCs w:val="28"/>
        </w:rPr>
        <w:t xml:space="preserve">A: </w:t>
      </w:r>
      <w:r w:rsidRPr="00EF6097">
        <w:rPr>
          <w:b/>
          <w:bCs/>
          <w:sz w:val="28"/>
          <w:szCs w:val="28"/>
        </w:rPr>
        <w:t>再说一遍。</w:t>
      </w:r>
      <w:r w:rsidRPr="00EF6097">
        <w:rPr>
          <w:b/>
          <w:bCs/>
          <w:sz w:val="28"/>
          <w:szCs w:val="28"/>
        </w:rPr>
        <w:t xml:space="preserve">  B: </w:t>
      </w:r>
      <w:r w:rsidRPr="00EF6097">
        <w:rPr>
          <w:b/>
          <w:bCs/>
          <w:sz w:val="28"/>
          <w:szCs w:val="28"/>
        </w:rPr>
        <w:t>（</w:t>
      </w:r>
      <w:proofErr w:type="spellStart"/>
      <w:r w:rsidRPr="00EF6097">
        <w:rPr>
          <w:b/>
          <w:bCs/>
          <w:sz w:val="28"/>
          <w:szCs w:val="28"/>
        </w:rPr>
        <w:t>再说）</w:t>
      </w:r>
      <w:r w:rsidR="00EF6097">
        <w:t>A</w:t>
      </w:r>
      <w:proofErr w:type="spellEnd"/>
      <w:r w:rsidR="00EF6097">
        <w:t xml:space="preserve">: </w:t>
      </w:r>
      <w:proofErr w:type="spellStart"/>
      <w:r w:rsidR="00EF6097">
        <w:t>Zàishuō</w:t>
      </w:r>
      <w:proofErr w:type="spellEnd"/>
      <w:r w:rsidR="00EF6097">
        <w:t xml:space="preserve"> </w:t>
      </w:r>
      <w:proofErr w:type="spellStart"/>
      <w:r w:rsidR="00EF6097">
        <w:t>yībiàn</w:t>
      </w:r>
      <w:proofErr w:type="spellEnd"/>
      <w:r w:rsidR="00EF6097">
        <w:t>.  B: (</w:t>
      </w:r>
      <w:proofErr w:type="spellStart"/>
      <w:r w:rsidR="00EF6097">
        <w:t>Zàishuō</w:t>
      </w:r>
      <w:proofErr w:type="spellEnd"/>
      <w:r w:rsidR="00EF6097">
        <w:t>)</w:t>
      </w:r>
    </w:p>
    <w:p w14:paraId="4DCC7D3D" w14:textId="52E609A6" w:rsidR="00501116" w:rsidRPr="00EF6097" w:rsidRDefault="00CC093F">
      <w:pPr>
        <w:pStyle w:val="ListBullet"/>
        <w:rPr>
          <w:b/>
          <w:bCs/>
          <w:sz w:val="28"/>
          <w:szCs w:val="28"/>
        </w:rPr>
      </w:pPr>
      <w:r w:rsidRPr="00EF6097">
        <w:rPr>
          <w:b/>
          <w:bCs/>
          <w:sz w:val="28"/>
          <w:szCs w:val="28"/>
        </w:rPr>
        <w:t xml:space="preserve">A: </w:t>
      </w:r>
      <w:r w:rsidRPr="00EF6097">
        <w:rPr>
          <w:b/>
          <w:bCs/>
          <w:sz w:val="28"/>
          <w:szCs w:val="28"/>
        </w:rPr>
        <w:t>请说你的名字。</w:t>
      </w:r>
      <w:r w:rsidRPr="00EF6097">
        <w:rPr>
          <w:b/>
          <w:bCs/>
          <w:sz w:val="28"/>
          <w:szCs w:val="28"/>
        </w:rPr>
        <w:t xml:space="preserve">  B: </w:t>
      </w:r>
      <w:proofErr w:type="spellStart"/>
      <w:r w:rsidRPr="00EF6097">
        <w:rPr>
          <w:b/>
          <w:bCs/>
          <w:sz w:val="28"/>
          <w:szCs w:val="28"/>
        </w:rPr>
        <w:t>我叫</w:t>
      </w:r>
      <w:proofErr w:type="spellEnd"/>
      <w:r w:rsidRPr="00EF6097">
        <w:rPr>
          <w:b/>
          <w:bCs/>
          <w:sz w:val="28"/>
          <w:szCs w:val="28"/>
        </w:rPr>
        <w:t>——</w:t>
      </w:r>
      <w:r w:rsidRPr="00EF6097">
        <w:rPr>
          <w:b/>
          <w:bCs/>
          <w:sz w:val="28"/>
          <w:szCs w:val="28"/>
        </w:rPr>
        <w:t>。</w:t>
      </w:r>
      <w:r w:rsidR="00EF6097" w:rsidRPr="00EF6097">
        <w:t xml:space="preserve">A: </w:t>
      </w:r>
      <w:proofErr w:type="spellStart"/>
      <w:r w:rsidR="00EF6097" w:rsidRPr="00EF6097">
        <w:t>Qǐng</w:t>
      </w:r>
      <w:proofErr w:type="spellEnd"/>
      <w:r w:rsidR="00EF6097" w:rsidRPr="00EF6097">
        <w:t xml:space="preserve"> </w:t>
      </w:r>
      <w:proofErr w:type="spellStart"/>
      <w:r w:rsidR="00EF6097" w:rsidRPr="00EF6097">
        <w:t>shuō</w:t>
      </w:r>
      <w:proofErr w:type="spellEnd"/>
      <w:r w:rsidR="00EF6097" w:rsidRPr="00EF6097">
        <w:t xml:space="preserve"> </w:t>
      </w:r>
      <w:proofErr w:type="spellStart"/>
      <w:r w:rsidR="00EF6097" w:rsidRPr="00EF6097">
        <w:t>nǐ</w:t>
      </w:r>
      <w:proofErr w:type="spellEnd"/>
      <w:r w:rsidR="00EF6097" w:rsidRPr="00EF6097">
        <w:t xml:space="preserve"> de </w:t>
      </w:r>
      <w:proofErr w:type="spellStart"/>
      <w:r w:rsidR="00EF6097" w:rsidRPr="00EF6097">
        <w:t>míngzì</w:t>
      </w:r>
      <w:proofErr w:type="spellEnd"/>
      <w:r w:rsidR="00EF6097" w:rsidRPr="00EF6097">
        <w:t xml:space="preserve">.  </w:t>
      </w:r>
      <w:r w:rsidR="00EF6097">
        <w:t xml:space="preserve">B: </w:t>
      </w:r>
      <w:proofErr w:type="spellStart"/>
      <w:r w:rsidR="00EF6097">
        <w:t>Wǒ</w:t>
      </w:r>
      <w:proofErr w:type="spellEnd"/>
      <w:r w:rsidR="00EF6097">
        <w:t xml:space="preserve"> </w:t>
      </w:r>
      <w:proofErr w:type="spellStart"/>
      <w:r w:rsidR="00EF6097">
        <w:t>jiào</w:t>
      </w:r>
      <w:proofErr w:type="spellEnd"/>
      <w:r w:rsidR="00EF6097">
        <w:t>——.</w:t>
      </w:r>
    </w:p>
    <w:p w14:paraId="38ED6F3E" w14:textId="0801C482" w:rsidR="00501116" w:rsidRPr="00842EC1" w:rsidRDefault="00CC093F" w:rsidP="00842EC1">
      <w:pPr>
        <w:pStyle w:val="ListBullet"/>
        <w:rPr>
          <w:b/>
          <w:bCs/>
          <w:sz w:val="28"/>
          <w:szCs w:val="28"/>
        </w:rPr>
      </w:pPr>
      <w:r w:rsidRPr="00EF6097">
        <w:rPr>
          <w:b/>
          <w:bCs/>
          <w:sz w:val="28"/>
          <w:szCs w:val="28"/>
        </w:rPr>
        <w:t xml:space="preserve">A: </w:t>
      </w:r>
      <w:r w:rsidRPr="00EF6097">
        <w:rPr>
          <w:b/>
          <w:bCs/>
          <w:sz w:val="28"/>
          <w:szCs w:val="28"/>
        </w:rPr>
        <w:t>你好吗？</w:t>
      </w:r>
      <w:r w:rsidRPr="00EF6097">
        <w:rPr>
          <w:b/>
          <w:bCs/>
          <w:sz w:val="28"/>
          <w:szCs w:val="28"/>
        </w:rPr>
        <w:t xml:space="preserve">  </w:t>
      </w:r>
      <w:r w:rsidRPr="00842EC1">
        <w:rPr>
          <w:b/>
          <w:bCs/>
          <w:sz w:val="28"/>
          <w:szCs w:val="28"/>
          <w:lang w:eastAsia="zh-CN"/>
        </w:rPr>
        <w:t xml:space="preserve">B: </w:t>
      </w:r>
      <w:r w:rsidRPr="00842EC1">
        <w:rPr>
          <w:b/>
          <w:bCs/>
          <w:sz w:val="28"/>
          <w:szCs w:val="28"/>
          <w:lang w:eastAsia="zh-CN"/>
        </w:rPr>
        <w:t>我很好</w:t>
      </w:r>
      <w:r w:rsidRPr="00842EC1">
        <w:rPr>
          <w:b/>
          <w:bCs/>
          <w:sz w:val="28"/>
          <w:szCs w:val="28"/>
          <w:lang w:eastAsia="zh-CN"/>
        </w:rPr>
        <w:t>/</w:t>
      </w:r>
      <w:r w:rsidRPr="00842EC1">
        <w:rPr>
          <w:b/>
          <w:bCs/>
          <w:sz w:val="28"/>
          <w:szCs w:val="28"/>
          <w:lang w:eastAsia="zh-CN"/>
        </w:rPr>
        <w:t>还可以</w:t>
      </w:r>
      <w:r w:rsidRPr="00842EC1">
        <w:rPr>
          <w:b/>
          <w:bCs/>
          <w:sz w:val="28"/>
          <w:szCs w:val="28"/>
          <w:lang w:eastAsia="zh-CN"/>
        </w:rPr>
        <w:t>/</w:t>
      </w:r>
      <w:r w:rsidRPr="00842EC1">
        <w:rPr>
          <w:b/>
          <w:bCs/>
          <w:sz w:val="28"/>
          <w:szCs w:val="28"/>
          <w:lang w:eastAsia="zh-CN"/>
        </w:rPr>
        <w:t>不太好。</w:t>
      </w:r>
      <w:r w:rsidR="00EF6097">
        <w:t xml:space="preserve">A: </w:t>
      </w:r>
      <w:proofErr w:type="spellStart"/>
      <w:r w:rsidR="00EF6097">
        <w:t>Nǐ</w:t>
      </w:r>
      <w:proofErr w:type="spellEnd"/>
      <w:r w:rsidR="00EF6097">
        <w:t xml:space="preserve"> </w:t>
      </w:r>
      <w:proofErr w:type="spellStart"/>
      <w:r w:rsidR="00EF6097">
        <w:t>hǎo</w:t>
      </w:r>
      <w:proofErr w:type="spellEnd"/>
      <w:r w:rsidR="00EF6097">
        <w:t xml:space="preserve"> ma?  B: </w:t>
      </w:r>
      <w:proofErr w:type="spellStart"/>
      <w:r w:rsidR="00EF6097">
        <w:t>Wǒ</w:t>
      </w:r>
      <w:proofErr w:type="spellEnd"/>
      <w:r w:rsidR="00EF6097">
        <w:t xml:space="preserve"> </w:t>
      </w:r>
      <w:proofErr w:type="spellStart"/>
      <w:r w:rsidR="00EF6097">
        <w:t>hěn</w:t>
      </w:r>
      <w:proofErr w:type="spellEnd"/>
      <w:r w:rsidR="00EF6097">
        <w:t xml:space="preserve"> </w:t>
      </w:r>
      <w:proofErr w:type="spellStart"/>
      <w:r w:rsidR="00EF6097">
        <w:t>hǎo</w:t>
      </w:r>
      <w:proofErr w:type="spellEnd"/>
      <w:r w:rsidR="00EF6097">
        <w:t>/</w:t>
      </w:r>
      <w:proofErr w:type="spellStart"/>
      <w:r w:rsidR="00EF6097">
        <w:t>hái</w:t>
      </w:r>
      <w:proofErr w:type="spellEnd"/>
      <w:r w:rsidR="00EF6097">
        <w:t xml:space="preserve"> </w:t>
      </w:r>
      <w:proofErr w:type="spellStart"/>
      <w:r w:rsidR="00EF6097">
        <w:t>kěyǐ</w:t>
      </w:r>
      <w:proofErr w:type="spellEnd"/>
      <w:r w:rsidR="00EF6097">
        <w:t>/</w:t>
      </w:r>
      <w:proofErr w:type="spellStart"/>
      <w:r w:rsidR="00EF6097">
        <w:t>bù</w:t>
      </w:r>
      <w:proofErr w:type="spellEnd"/>
      <w:r w:rsidR="00EF6097">
        <w:t xml:space="preserve"> </w:t>
      </w:r>
      <w:proofErr w:type="spellStart"/>
      <w:r w:rsidR="00EF6097">
        <w:t>tài</w:t>
      </w:r>
      <w:proofErr w:type="spellEnd"/>
      <w:r w:rsidR="00EF6097">
        <w:t xml:space="preserve"> </w:t>
      </w:r>
      <w:proofErr w:type="spellStart"/>
      <w:r w:rsidR="00EF6097">
        <w:t>hǎo</w:t>
      </w:r>
      <w:proofErr w:type="spellEnd"/>
      <w:r w:rsidR="00EF6097">
        <w:t>.</w:t>
      </w:r>
    </w:p>
    <w:p w14:paraId="0886EBDA" w14:textId="46DC60FB" w:rsidR="00501116" w:rsidRDefault="00CC093F">
      <w:pPr>
        <w:pStyle w:val="Heading2"/>
      </w:pPr>
      <w:r>
        <w:t xml:space="preserve">F. Exit Ticket </w:t>
      </w:r>
      <w:r>
        <w:t xml:space="preserve">(3–5 </w:t>
      </w:r>
      <w:proofErr w:type="spellStart"/>
      <w:r>
        <w:t>分钟</w:t>
      </w:r>
      <w:proofErr w:type="spellEnd"/>
      <w:r>
        <w:t>)</w:t>
      </w:r>
    </w:p>
    <w:p w14:paraId="3B12B4E8" w14:textId="77777777" w:rsidR="00501116" w:rsidRDefault="00CC093F">
      <w:pPr>
        <w:spacing w:after="120"/>
      </w:pPr>
      <w:r>
        <w:t>Write one new word/phrase you can use from today (</w:t>
      </w:r>
      <w:r>
        <w:t>汉字</w:t>
      </w:r>
      <w:r>
        <w:t xml:space="preserve"> or pinyin) and an English meaning.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874"/>
        <w:gridCol w:w="2875"/>
        <w:gridCol w:w="2871"/>
      </w:tblGrid>
      <w:tr w:rsidR="00501116" w14:paraId="08EEEDF3" w14:textId="77777777" w:rsidTr="005011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7B2F049" w14:textId="77777777" w:rsidR="00501116" w:rsidRDefault="00CC093F">
            <w:r>
              <w:t>Word/Phrase</w:t>
            </w:r>
          </w:p>
        </w:tc>
        <w:tc>
          <w:tcPr>
            <w:tcW w:w="2880" w:type="dxa"/>
          </w:tcPr>
          <w:p w14:paraId="06B90FB8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Pinyin/Characters</w:t>
            </w:r>
          </w:p>
        </w:tc>
        <w:tc>
          <w:tcPr>
            <w:tcW w:w="2880" w:type="dxa"/>
          </w:tcPr>
          <w:p w14:paraId="049CA83D" w14:textId="77777777" w:rsidR="00501116" w:rsidRDefault="00CC09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Meaning (English)</w:t>
            </w:r>
          </w:p>
        </w:tc>
      </w:tr>
      <w:tr w:rsidR="00501116" w14:paraId="07342741" w14:textId="77777777" w:rsidTr="00501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DB56CB7" w14:textId="77777777" w:rsidR="00501116" w:rsidRDefault="00CC093F">
            <w:pPr>
              <w:rPr>
                <w:rFonts w:eastAsia="SimSun"/>
                <w:b w:val="0"/>
                <w:bCs w:val="0"/>
                <w:lang w:eastAsia="zh-CN"/>
              </w:rPr>
            </w:pPr>
            <w:r>
              <w:t xml:space="preserve"> </w:t>
            </w:r>
          </w:p>
          <w:p w14:paraId="1E03F63E" w14:textId="77777777" w:rsidR="00842EC1" w:rsidRDefault="00842EC1">
            <w:pPr>
              <w:rPr>
                <w:rFonts w:eastAsia="SimSun"/>
                <w:b w:val="0"/>
                <w:bCs w:val="0"/>
                <w:lang w:eastAsia="zh-CN"/>
              </w:rPr>
            </w:pPr>
          </w:p>
          <w:p w14:paraId="32A0D790" w14:textId="77777777" w:rsidR="00842EC1" w:rsidRDefault="00842EC1">
            <w:pPr>
              <w:rPr>
                <w:rFonts w:eastAsia="SimSun"/>
                <w:b w:val="0"/>
                <w:bCs w:val="0"/>
                <w:lang w:eastAsia="zh-CN"/>
              </w:rPr>
            </w:pPr>
          </w:p>
          <w:p w14:paraId="512B492F" w14:textId="77777777" w:rsidR="00842EC1" w:rsidRPr="00842EC1" w:rsidRDefault="00842EC1">
            <w:pPr>
              <w:rPr>
                <w:rFonts w:eastAsia="SimSun" w:hint="eastAsia"/>
                <w:lang w:eastAsia="zh-CN"/>
              </w:rPr>
            </w:pPr>
          </w:p>
        </w:tc>
        <w:tc>
          <w:tcPr>
            <w:tcW w:w="2880" w:type="dxa"/>
          </w:tcPr>
          <w:p w14:paraId="04A37BFA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880" w:type="dxa"/>
          </w:tcPr>
          <w:p w14:paraId="0ED7C884" w14:textId="77777777" w:rsidR="00501116" w:rsidRDefault="00CC09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</w:tbl>
    <w:p w14:paraId="76D29E09" w14:textId="77777777" w:rsidR="00CC093F" w:rsidRPr="00842EC1" w:rsidRDefault="00CC093F" w:rsidP="00842EC1">
      <w:pPr>
        <w:rPr>
          <w:rFonts w:eastAsia="SimSun" w:hint="eastAsia"/>
          <w:lang w:eastAsia="zh-CN"/>
        </w:rPr>
      </w:pPr>
    </w:p>
    <w:sectPr w:rsidR="00000000" w:rsidRPr="00842EC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6426107">
    <w:abstractNumId w:val="8"/>
  </w:num>
  <w:num w:numId="2" w16cid:durableId="617836453">
    <w:abstractNumId w:val="6"/>
  </w:num>
  <w:num w:numId="3" w16cid:durableId="371737232">
    <w:abstractNumId w:val="5"/>
  </w:num>
  <w:num w:numId="4" w16cid:durableId="421217656">
    <w:abstractNumId w:val="4"/>
  </w:num>
  <w:num w:numId="5" w16cid:durableId="996766834">
    <w:abstractNumId w:val="7"/>
  </w:num>
  <w:num w:numId="6" w16cid:durableId="952401082">
    <w:abstractNumId w:val="3"/>
  </w:num>
  <w:num w:numId="7" w16cid:durableId="1070037084">
    <w:abstractNumId w:val="2"/>
  </w:num>
  <w:num w:numId="8" w16cid:durableId="1699312441">
    <w:abstractNumId w:val="1"/>
  </w:num>
  <w:num w:numId="9" w16cid:durableId="2138839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01116"/>
    <w:rsid w:val="00505F97"/>
    <w:rsid w:val="00842EC1"/>
    <w:rsid w:val="00AA1D8D"/>
    <w:rsid w:val="00B47730"/>
    <w:rsid w:val="00BD42FD"/>
    <w:rsid w:val="00C36146"/>
    <w:rsid w:val="00CB0664"/>
    <w:rsid w:val="00CC093F"/>
    <w:rsid w:val="00EF6097"/>
    <w:rsid w:val="00F83F03"/>
    <w:rsid w:val="00FB76B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C8DE12"/>
  <w14:defaultImageDpi w14:val="300"/>
  <w15:docId w15:val="{C5ECC2DE-C7AC-4311-95F1-BF0446810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609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609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Ling-Ling Shih</cp:lastModifiedBy>
  <cp:revision>2</cp:revision>
  <cp:lastPrinted>2025-08-21T23:06:00Z</cp:lastPrinted>
  <dcterms:created xsi:type="dcterms:W3CDTF">2025-08-21T23:07:00Z</dcterms:created>
  <dcterms:modified xsi:type="dcterms:W3CDTF">2025-08-21T23:07:00Z</dcterms:modified>
  <cp:category/>
</cp:coreProperties>
</file>