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16DF9" w:rsidRDefault="001B6B4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Your name </w:t>
      </w:r>
      <w:r>
        <w:rPr>
          <w:b/>
          <w:sz w:val="24"/>
          <w:szCs w:val="24"/>
        </w:rPr>
        <w:t>姓名：</w:t>
      </w:r>
      <w:r>
        <w:rPr>
          <w:b/>
          <w:sz w:val="24"/>
          <w:szCs w:val="24"/>
        </w:rPr>
        <w:t xml:space="preserve">__________________ </w:t>
      </w:r>
    </w:p>
    <w:p w14:paraId="00000002" w14:textId="77777777" w:rsidR="00216DF9" w:rsidRDefault="001B6B4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Class Period </w:t>
      </w:r>
      <w:r>
        <w:rPr>
          <w:b/>
          <w:sz w:val="24"/>
          <w:szCs w:val="24"/>
        </w:rPr>
        <w:t>第</w:t>
      </w:r>
      <w:r>
        <w:rPr>
          <w:b/>
          <w:sz w:val="24"/>
          <w:szCs w:val="24"/>
        </w:rPr>
        <w:t>#</w:t>
      </w:r>
      <w:r>
        <w:rPr>
          <w:b/>
          <w:sz w:val="24"/>
          <w:szCs w:val="24"/>
        </w:rPr>
        <w:t>节：</w:t>
      </w:r>
      <w:r>
        <w:rPr>
          <w:b/>
          <w:sz w:val="24"/>
          <w:szCs w:val="24"/>
        </w:rPr>
        <w:t>__________</w:t>
      </w:r>
    </w:p>
    <w:p w14:paraId="00000003" w14:textId="77777777" w:rsidR="00216DF9" w:rsidRDefault="001B6B49">
      <w:pPr>
        <w:jc w:val="center"/>
        <w:rPr>
          <w:b/>
          <w:sz w:val="32"/>
          <w:szCs w:val="32"/>
        </w:rPr>
      </w:pPr>
      <w:r>
        <w:rPr>
          <w:b/>
          <w:sz w:val="24"/>
          <w:szCs w:val="24"/>
        </w:rPr>
        <w:t>Chinese 10 I</w:t>
      </w:r>
    </w:p>
    <w:p w14:paraId="00000004" w14:textId="77777777" w:rsidR="00216DF9" w:rsidRDefault="001B6B4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Family Vocabulary (Characters + Blank for Pinyin)</w:t>
      </w:r>
    </w:p>
    <w:p w14:paraId="00000005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爸爸</w:t>
      </w:r>
      <w:r>
        <w:rPr>
          <w:sz w:val="32"/>
          <w:szCs w:val="32"/>
        </w:rPr>
        <w:t xml:space="preserve">   __________________   (dad)</w:t>
      </w:r>
    </w:p>
    <w:p w14:paraId="00000006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妈妈</w:t>
      </w:r>
      <w:r>
        <w:rPr>
          <w:sz w:val="32"/>
          <w:szCs w:val="32"/>
        </w:rPr>
        <w:t xml:space="preserve">   __________________   (mom)</w:t>
      </w:r>
    </w:p>
    <w:p w14:paraId="00000007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哥哥</w:t>
      </w:r>
      <w:r>
        <w:rPr>
          <w:sz w:val="32"/>
          <w:szCs w:val="32"/>
        </w:rPr>
        <w:t xml:space="preserve">   __________________   (older brother)</w:t>
      </w:r>
    </w:p>
    <w:p w14:paraId="00000008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姐姐</w:t>
      </w:r>
      <w:r>
        <w:rPr>
          <w:sz w:val="32"/>
          <w:szCs w:val="32"/>
        </w:rPr>
        <w:t xml:space="preserve">   __________________   (older sister)</w:t>
      </w:r>
    </w:p>
    <w:p w14:paraId="00000009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弟弟</w:t>
      </w:r>
      <w:r>
        <w:rPr>
          <w:sz w:val="32"/>
          <w:szCs w:val="32"/>
        </w:rPr>
        <w:t xml:space="preserve">   __________________   (younger brother)</w:t>
      </w:r>
    </w:p>
    <w:p w14:paraId="0000000A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妹妹</w:t>
      </w:r>
      <w:r>
        <w:rPr>
          <w:sz w:val="32"/>
          <w:szCs w:val="32"/>
        </w:rPr>
        <w:t xml:space="preserve">   __________________   (younger sister)</w:t>
      </w:r>
    </w:p>
    <w:p w14:paraId="0000000B" w14:textId="77777777" w:rsidR="00216DF9" w:rsidRDefault="001B6B49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Extra kinship terms:</w:t>
      </w:r>
    </w:p>
    <w:p w14:paraId="0000000C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Char.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Pinyin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English</w:t>
      </w:r>
    </w:p>
    <w:p w14:paraId="0000000D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爷爷</w:t>
      </w:r>
      <w:r>
        <w:rPr>
          <w:sz w:val="32"/>
          <w:szCs w:val="32"/>
        </w:rPr>
        <w:t xml:space="preserve">   </w:t>
      </w:r>
      <w:r>
        <w:rPr>
          <w:sz w:val="32"/>
          <w:szCs w:val="32"/>
        </w:rPr>
        <w:tab/>
        <w:t>_____________</w:t>
      </w:r>
      <w:r>
        <w:rPr>
          <w:sz w:val="32"/>
          <w:szCs w:val="32"/>
        </w:rPr>
        <w:tab/>
        <w:t>________________</w:t>
      </w:r>
    </w:p>
    <w:p w14:paraId="0000000E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奶奶</w:t>
      </w:r>
      <w:r>
        <w:rPr>
          <w:sz w:val="32"/>
          <w:szCs w:val="32"/>
        </w:rPr>
        <w:t xml:space="preserve">   </w:t>
      </w:r>
      <w:r>
        <w:rPr>
          <w:sz w:val="32"/>
          <w:szCs w:val="32"/>
        </w:rPr>
        <w:tab/>
        <w:t xml:space="preserve"> ____________</w:t>
      </w:r>
      <w:r>
        <w:rPr>
          <w:sz w:val="32"/>
          <w:szCs w:val="32"/>
        </w:rPr>
        <w:tab/>
        <w:t>________________</w:t>
      </w:r>
    </w:p>
    <w:p w14:paraId="0000000F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阿姨</w:t>
      </w:r>
      <w:r>
        <w:rPr>
          <w:sz w:val="32"/>
          <w:szCs w:val="32"/>
        </w:rPr>
        <w:tab/>
        <w:t>_____________</w:t>
      </w:r>
      <w:r>
        <w:rPr>
          <w:sz w:val="32"/>
          <w:szCs w:val="32"/>
        </w:rPr>
        <w:tab/>
        <w:t>________________</w:t>
      </w:r>
    </w:p>
    <w:p w14:paraId="00000010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舅舅</w:t>
      </w:r>
      <w:r>
        <w:rPr>
          <w:sz w:val="32"/>
          <w:szCs w:val="32"/>
        </w:rPr>
        <w:tab/>
        <w:t>_____________</w:t>
      </w:r>
      <w:r>
        <w:rPr>
          <w:sz w:val="32"/>
          <w:szCs w:val="32"/>
        </w:rPr>
        <w:tab/>
        <w:t>________________</w:t>
      </w:r>
    </w:p>
    <w:p w14:paraId="00000011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伯伯</w:t>
      </w:r>
      <w:r>
        <w:rPr>
          <w:sz w:val="32"/>
          <w:szCs w:val="32"/>
        </w:rPr>
        <w:tab/>
        <w:t>_____________</w:t>
      </w:r>
      <w:r>
        <w:rPr>
          <w:sz w:val="32"/>
          <w:szCs w:val="32"/>
        </w:rPr>
        <w:tab/>
        <w:t>________________</w:t>
      </w:r>
    </w:p>
    <w:p w14:paraId="00000012" w14:textId="77777777" w:rsidR="00216DF9" w:rsidRDefault="001B6B49">
      <w:pPr>
        <w:rPr>
          <w:sz w:val="32"/>
          <w:szCs w:val="32"/>
        </w:rPr>
      </w:pPr>
      <w:r>
        <w:rPr>
          <w:sz w:val="32"/>
          <w:szCs w:val="32"/>
        </w:rPr>
        <w:t>叔叔</w:t>
      </w:r>
      <w:r>
        <w:rPr>
          <w:sz w:val="32"/>
          <w:szCs w:val="32"/>
        </w:rPr>
        <w:tab/>
        <w:t>_____________</w:t>
      </w:r>
      <w:r>
        <w:rPr>
          <w:sz w:val="32"/>
          <w:szCs w:val="32"/>
        </w:rPr>
        <w:tab/>
        <w:t>________________</w:t>
      </w:r>
    </w:p>
    <w:p w14:paraId="00000013" w14:textId="77777777" w:rsidR="00216DF9" w:rsidRDefault="00216DF9">
      <w:pPr>
        <w:rPr>
          <w:sz w:val="32"/>
          <w:szCs w:val="32"/>
        </w:rPr>
      </w:pPr>
    </w:p>
    <w:p w14:paraId="00000014" w14:textId="77777777" w:rsidR="00216DF9" w:rsidRDefault="001B6B49">
      <w:pPr>
        <w:rPr>
          <w:sz w:val="40"/>
          <w:szCs w:val="40"/>
        </w:rPr>
      </w:pPr>
      <w:r>
        <w:rPr>
          <w:rFonts w:ascii="Roboto" w:eastAsia="Roboto" w:hAnsi="Roboto" w:cs="Roboto"/>
          <w:color w:val="474747"/>
          <w:sz w:val="32"/>
          <w:szCs w:val="32"/>
        </w:rPr>
        <w:t>Yéyé/</w:t>
      </w:r>
      <w:proofErr w:type="spellStart"/>
      <w:r>
        <w:rPr>
          <w:rFonts w:ascii="Roboto" w:eastAsia="Roboto" w:hAnsi="Roboto" w:cs="Roboto"/>
          <w:color w:val="474747"/>
          <w:sz w:val="32"/>
          <w:szCs w:val="32"/>
        </w:rPr>
        <w:t>nǎinai</w:t>
      </w:r>
      <w:proofErr w:type="spellEnd"/>
      <w:r>
        <w:rPr>
          <w:rFonts w:ascii="Roboto" w:eastAsia="Roboto" w:hAnsi="Roboto" w:cs="Roboto"/>
          <w:color w:val="474747"/>
          <w:sz w:val="32"/>
          <w:szCs w:val="32"/>
        </w:rPr>
        <w:t xml:space="preserve">/ </w:t>
      </w:r>
      <w:proofErr w:type="spellStart"/>
      <w:r>
        <w:rPr>
          <w:rFonts w:ascii="Roboto" w:eastAsia="Roboto" w:hAnsi="Roboto" w:cs="Roboto"/>
          <w:color w:val="474747"/>
          <w:sz w:val="32"/>
          <w:szCs w:val="32"/>
        </w:rPr>
        <w:t>āyí</w:t>
      </w:r>
      <w:proofErr w:type="spellEnd"/>
      <w:r>
        <w:rPr>
          <w:rFonts w:ascii="Roboto" w:eastAsia="Roboto" w:hAnsi="Roboto" w:cs="Roboto"/>
          <w:color w:val="474747"/>
          <w:sz w:val="32"/>
          <w:szCs w:val="32"/>
        </w:rPr>
        <w:t>/</w:t>
      </w:r>
      <w:proofErr w:type="spellStart"/>
      <w:r>
        <w:rPr>
          <w:rFonts w:ascii="Roboto" w:eastAsia="Roboto" w:hAnsi="Roboto" w:cs="Roboto"/>
          <w:color w:val="474747"/>
          <w:sz w:val="32"/>
          <w:szCs w:val="32"/>
        </w:rPr>
        <w:t>jiùjiu</w:t>
      </w:r>
      <w:proofErr w:type="spellEnd"/>
      <w:r>
        <w:rPr>
          <w:rFonts w:ascii="Roboto" w:eastAsia="Roboto" w:hAnsi="Roboto" w:cs="Roboto"/>
          <w:color w:val="474747"/>
          <w:sz w:val="32"/>
          <w:szCs w:val="32"/>
        </w:rPr>
        <w:t>/</w:t>
      </w:r>
      <w:proofErr w:type="spellStart"/>
      <w:r>
        <w:rPr>
          <w:rFonts w:ascii="Roboto" w:eastAsia="Roboto" w:hAnsi="Roboto" w:cs="Roboto"/>
          <w:color w:val="474747"/>
          <w:sz w:val="32"/>
          <w:szCs w:val="32"/>
        </w:rPr>
        <w:t>Bóbo</w:t>
      </w:r>
      <w:proofErr w:type="spellEnd"/>
      <w:r>
        <w:rPr>
          <w:rFonts w:ascii="Roboto" w:eastAsia="Roboto" w:hAnsi="Roboto" w:cs="Roboto"/>
          <w:color w:val="474747"/>
          <w:sz w:val="32"/>
          <w:szCs w:val="32"/>
        </w:rPr>
        <w:t>/</w:t>
      </w:r>
      <w:proofErr w:type="spellStart"/>
      <w:r>
        <w:rPr>
          <w:rFonts w:ascii="Roboto" w:eastAsia="Roboto" w:hAnsi="Roboto" w:cs="Roboto"/>
          <w:color w:val="474747"/>
          <w:sz w:val="32"/>
          <w:szCs w:val="32"/>
        </w:rPr>
        <w:t>shūshu</w:t>
      </w:r>
      <w:proofErr w:type="spellEnd"/>
    </w:p>
    <w:sectPr w:rsidR="00216DF9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E43B768B-2A38-465B-8824-4C8E428DD86B}"/>
    <w:embedBold r:id="rId2" w:fontKey="{26B1B84B-C704-4F3A-999A-1CF32CF221FE}"/>
    <w:embedItalic r:id="rId3" w:fontKey="{2FE35ACB-EEEB-4615-AD24-246BF2D7F5A8}"/>
    <w:embedBoldItalic r:id="rId4" w:fontKey="{38DE4685-E3FE-41CC-98BD-C158BBEF9B4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1A9D4D04-9802-4F68-953E-8E8A90E66277}"/>
    <w:embedBold r:id="rId6" w:fontKey="{ED87559A-CCA2-49E0-862F-5868819C1BDD}"/>
    <w:embedItalic r:id="rId7" w:fontKey="{EA556DBD-59EF-4E00-83BF-7F7ED2CCAE50}"/>
    <w:embedBoldItalic r:id="rId8" w:fontKey="{36FB73F2-819A-41C7-A257-44F5BBD40AF2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9" w:fontKey="{9B418D3F-1A44-4B1A-9C1B-4148787CFC4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1E65B6"/>
    <w:multiLevelType w:val="multilevel"/>
    <w:tmpl w:val="0D887818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51529617">
    <w:abstractNumId w:val="0"/>
  </w:num>
  <w:num w:numId="2" w16cid:durableId="18077719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575717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413495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930251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926838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DF9"/>
    <w:rsid w:val="001B6B49"/>
    <w:rsid w:val="00216DF9"/>
    <w:rsid w:val="002E6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EF667D-8E8E-4F26-BF81-EC5EE9C50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Calibri" w:eastAsia="Calibri" w:hAnsi="Calibri" w:cs="Calibri"/>
      <w:i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oBYMOwGuZoNDEypEqWbwDpxMog==">CgMxLjA4AHIhMWM4Tm9zeFFicEpVdlNIU1AzZDZzVi1yZl8zclZnUXpF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Ling-Ling Shih</cp:lastModifiedBy>
  <cp:revision>2</cp:revision>
  <dcterms:created xsi:type="dcterms:W3CDTF">2025-08-21T23:40:00Z</dcterms:created>
  <dcterms:modified xsi:type="dcterms:W3CDTF">2025-08-21T23:40:00Z</dcterms:modified>
</cp:coreProperties>
</file>