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F290D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Your name 姓名：__________________ </w:t>
      </w:r>
    </w:p>
    <w:p w14:paraId="00000002" w14:textId="77777777" w:rsidR="007F290D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Class Period 第#节：__________</w:t>
      </w:r>
    </w:p>
    <w:p w14:paraId="00000004" w14:textId="08A89B6E" w:rsidR="007F290D" w:rsidRPr="00015A68" w:rsidRDefault="00000000" w:rsidP="00015A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Chinese 10 I</w:t>
      </w:r>
      <w:r w:rsidR="00015A68">
        <w:rPr>
          <w:b/>
          <w:sz w:val="24"/>
          <w:szCs w:val="24"/>
        </w:rPr>
        <w:t xml:space="preserve">: </w:t>
      </w:r>
      <w:r>
        <w:rPr>
          <w:b/>
          <w:sz w:val="24"/>
          <w:szCs w:val="24"/>
        </w:rPr>
        <w:t>Numbers 1–20 (Characters + Blank for Pinyin)</w:t>
      </w:r>
    </w:p>
    <w:p w14:paraId="00000005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一   __________________   (one)</w:t>
      </w:r>
    </w:p>
    <w:p w14:paraId="00000006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二   __________________   (two)</w:t>
      </w:r>
    </w:p>
    <w:p w14:paraId="00000007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三   __________________   (three)</w:t>
      </w:r>
    </w:p>
    <w:p w14:paraId="00000008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四   __________________   (four)</w:t>
      </w:r>
    </w:p>
    <w:p w14:paraId="00000009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五   __________________   (five)</w:t>
      </w:r>
    </w:p>
    <w:p w14:paraId="0000000A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六   __________________   (six)</w:t>
      </w:r>
    </w:p>
    <w:p w14:paraId="0000000B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七   __________________   (seven)</w:t>
      </w:r>
    </w:p>
    <w:p w14:paraId="0000000C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八   __________________   (eight)</w:t>
      </w:r>
    </w:p>
    <w:p w14:paraId="0000000D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九   __________________   (nine)</w:t>
      </w:r>
    </w:p>
    <w:p w14:paraId="0000000E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   __________________   (ten)</w:t>
      </w:r>
    </w:p>
    <w:p w14:paraId="0000000F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十一   __________________   (eleven)</w:t>
      </w:r>
    </w:p>
    <w:p w14:paraId="00000010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十二   __________________   (twelve)</w:t>
      </w:r>
    </w:p>
    <w:p w14:paraId="00000011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十三   __________________   (thirteen)</w:t>
      </w:r>
    </w:p>
    <w:p w14:paraId="00000012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十四   __________________   (fourteen)</w:t>
      </w:r>
    </w:p>
    <w:p w14:paraId="00000013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十五   __________________   (fifteen)</w:t>
      </w:r>
    </w:p>
    <w:p w14:paraId="00000014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十六   __________________   (sixteen)</w:t>
      </w:r>
    </w:p>
    <w:p w14:paraId="00000015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十七   __________________   (seventeen)</w:t>
      </w:r>
    </w:p>
    <w:p w14:paraId="00000016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十八   __________________   (eighteen)</w:t>
      </w:r>
    </w:p>
    <w:p w14:paraId="00000017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十九   __________________   (nineteen)</w:t>
      </w:r>
    </w:p>
    <w:p w14:paraId="00000018" w14:textId="77777777" w:rsidR="007F290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二十   __________________   (twenty)</w:t>
      </w:r>
    </w:p>
    <w:sectPr w:rsidR="007F290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B28AF"/>
    <w:multiLevelType w:val="multilevel"/>
    <w:tmpl w:val="DF708650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74704973">
    <w:abstractNumId w:val="0"/>
  </w:num>
  <w:num w:numId="2" w16cid:durableId="12488834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001336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811919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607909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11992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90D"/>
    <w:rsid w:val="00015A68"/>
    <w:rsid w:val="00060235"/>
    <w:rsid w:val="00323754"/>
    <w:rsid w:val="007F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303B4"/>
  <w15:docId w15:val="{4FA0A49E-0F37-4657-A96F-1BF9071A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wb5ZQklbQyF2awNqd+GzeYJXvQ==">CgMxLjA4AHIhMTAwOE4xaktYOXhEdzV6WnlRU2hubWNiUFRyTkIxRlc1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Ling-Ling Shih</cp:lastModifiedBy>
  <cp:revision>3</cp:revision>
  <dcterms:created xsi:type="dcterms:W3CDTF">2025-08-21T23:22:00Z</dcterms:created>
  <dcterms:modified xsi:type="dcterms:W3CDTF">2025-08-21T23:23:00Z</dcterms:modified>
</cp:coreProperties>
</file>